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36"/>
        </w:rPr>
        <w:t>股东会决议</w:t>
      </w:r>
    </w:p>
    <w:p>
      <w:pPr>
        <w:spacing w:after="280"/>
        <w:jc w:val="center"/>
      </w:pPr>
      <w:r>
        <w:rPr>
          <w:b w:val="0"/>
          <w:sz w:val="18"/>
        </w:rPr>
        <w:t>（适用于股东两人及以上的有限责任公司）</w:t>
      </w:r>
    </w:p>
    <w:p>
      <w:pPr>
        <w:spacing w:after="120"/>
      </w:pPr>
      <w:r>
        <w:rPr>
          <w:b/>
          <w:sz w:val="24"/>
        </w:rPr>
        <w:t>一、会议基本情况</w:t>
      </w:r>
    </w:p>
    <w:p>
      <w:pPr>
        <w:spacing w:after="120"/>
      </w:pPr>
      <w:r>
        <w:rPr>
          <w:b w:val="0"/>
          <w:sz w:val="22"/>
        </w:rPr>
        <w:t>1. 会议时间：________年____月____日____时</w:t>
      </w:r>
    </w:p>
    <w:p>
      <w:pPr>
        <w:spacing w:after="120"/>
      </w:pPr>
      <w:r>
        <w:rPr>
          <w:b w:val="0"/>
          <w:sz w:val="22"/>
        </w:rPr>
        <w:t>2. 会议地点：________________________________</w:t>
      </w:r>
    </w:p>
    <w:p>
      <w:pPr>
        <w:spacing w:after="120"/>
      </w:pPr>
      <w:r>
        <w:rPr>
          <w:b w:val="0"/>
          <w:sz w:val="22"/>
        </w:rPr>
        <w:t>3. 会议召集人：____________（执行董事 / 董事长 / 监事，按章程约定）</w:t>
      </w:r>
    </w:p>
    <w:p>
      <w:pPr>
        <w:spacing w:after="120"/>
      </w:pPr>
      <w:r>
        <w:rPr>
          <w:b w:val="0"/>
          <w:sz w:val="22"/>
        </w:rPr>
        <w:t>4. 通知方式与时间：已于会议召开前____日，以____________方式通知全体股东。</w:t>
      </w:r>
    </w:p>
    <w:p>
      <w:pPr>
        <w:spacing w:after="120"/>
      </w:pPr>
      <w:r>
        <w:rPr>
          <w:b w:val="0"/>
          <w:sz w:val="22"/>
        </w:rPr>
        <w:t>5. 出席情况：本公司股东共____名，出席（或委托代表出席）____名，代表表决权____%。</w:t>
      </w:r>
    </w:p>
    <w:p>
      <w:pPr>
        <w:spacing w:after="120"/>
      </w:pPr>
      <w:r>
        <w:rPr>
          <w:b w:val="0"/>
          <w:sz w:val="22"/>
        </w:rPr>
        <w:t>6. 会议主持：____________；记录人：____________</w:t>
      </w:r>
    </w:p>
    <w:p>
      <w:pPr>
        <w:spacing w:after="120"/>
      </w:pPr>
      <w:r>
        <w:rPr>
          <w:b/>
          <w:sz w:val="24"/>
        </w:rPr>
        <w:t>二、审议事项与表决结果</w:t>
      </w:r>
    </w:p>
    <w:p>
      <w:pPr>
        <w:spacing w:after="120"/>
      </w:pPr>
      <w:r>
        <w:rPr>
          <w:b w:val="0"/>
          <w:sz w:val="22"/>
        </w:rPr>
        <w:t>议案一：关于____________________________________的议案</w:t>
      </w:r>
    </w:p>
    <w:p>
      <w:pPr>
        <w:spacing w:after="120"/>
      </w:pPr>
      <w:r>
        <w:rPr>
          <w:b w:val="0"/>
          <w:sz w:val="22"/>
        </w:rPr>
        <w:t>表决结果：同意____%、反对____%、弃权____%；同意比例达到公司章程规定的通过比例。</w:t>
      </w:r>
    </w:p>
    <w:p>
      <w:pPr>
        <w:spacing w:after="120"/>
      </w:pPr>
      <w:r>
        <w:rPr>
          <w:b w:val="0"/>
          <w:sz w:val="22"/>
        </w:rPr>
        <w:t>议案二：关于____________________________________的议案</w:t>
      </w:r>
    </w:p>
    <w:p>
      <w:pPr>
        <w:spacing w:after="120"/>
      </w:pPr>
      <w:r>
        <w:rPr>
          <w:b w:val="0"/>
          <w:sz w:val="22"/>
        </w:rPr>
        <w:t>表决结果：同意____%、反对____%、弃权____%；同意比例达到公司章程规定的通过比例。</w:t>
      </w:r>
    </w:p>
    <w:p>
      <w:pPr>
        <w:spacing w:after="120"/>
      </w:pPr>
      <w:r>
        <w:rPr>
          <w:b/>
          <w:sz w:val="24"/>
        </w:rPr>
        <w:t>三、决议内容</w:t>
      </w:r>
    </w:p>
    <w:p>
      <w:pPr>
        <w:spacing w:after="120"/>
      </w:pPr>
      <w:r>
        <w:rPr>
          <w:b w:val="0"/>
          <w:sz w:val="22"/>
        </w:rPr>
        <w:t>1. ____________________________________________________________</w:t>
      </w:r>
    </w:p>
    <w:p>
      <w:pPr>
        <w:spacing w:after="120"/>
      </w:pPr>
      <w:r>
        <w:rPr>
          <w:b w:val="0"/>
          <w:sz w:val="22"/>
        </w:rPr>
        <w:t>2. ____________________________________________________________</w:t>
      </w:r>
    </w:p>
    <w:p>
      <w:pPr>
        <w:spacing w:after="120"/>
      </w:pPr>
      <w:r>
        <w:rPr>
          <w:b w:val="0"/>
          <w:sz w:val="22"/>
        </w:rPr>
        <w:t>3. 同意就上述事项修改公司章程相应条款，并通过《章程修正案》。</w:t>
      </w:r>
    </w:p>
    <w:p>
      <w:pPr>
        <w:spacing w:after="120"/>
      </w:pPr>
      <w:r>
        <w:rPr>
          <w:b/>
          <w:sz w:val="24"/>
        </w:rPr>
        <w:t>四、生效与签署</w:t>
      </w:r>
    </w:p>
    <w:p>
      <w:pPr>
        <w:spacing w:after="200"/>
      </w:pPr>
      <w:r>
        <w:rPr>
          <w:b w:val="0"/>
          <w:sz w:val="22"/>
        </w:rPr>
        <w:t>本决议自全体股东签署之日起生效。</w:t>
      </w:r>
    </w:p>
    <w:p>
      <w:pPr>
        <w:spacing w:after="120"/>
      </w:pPr>
      <w:r>
        <w:rPr>
          <w:b w:val="0"/>
          <w:sz w:val="22"/>
        </w:rPr>
        <w:t>全体股东签字（法人股东盖章）：</w:t>
      </w:r>
    </w:p>
    <w:p>
      <w:pPr>
        <w:spacing w:after="120"/>
      </w:pPr>
      <w:r>
        <w:rPr>
          <w:b w:val="0"/>
          <w:sz w:val="22"/>
        </w:rPr>
        <w:t>________________________　　持股____%　　日期：______年____月____日</w:t>
      </w:r>
    </w:p>
    <w:p>
      <w:pPr>
        <w:spacing w:after="120"/>
      </w:pPr>
      <w:r>
        <w:rPr>
          <w:b w:val="0"/>
          <w:sz w:val="22"/>
        </w:rPr>
        <w:t>________________________　　持股____%　　日期：______年____月____日</w:t>
      </w:r>
    </w:p>
    <w:p>
      <w:r>
        <w:br w:type="page"/>
      </w:r>
    </w:p>
    <w:p>
      <w:pPr>
        <w:spacing w:after="80"/>
        <w:jc w:val="center"/>
      </w:pPr>
      <w:r>
        <w:rPr>
          <w:b/>
          <w:sz w:val="36"/>
        </w:rPr>
        <w:t>一人有限公司股东决定</w:t>
      </w:r>
    </w:p>
    <w:p>
      <w:pPr>
        <w:spacing w:after="280"/>
        <w:jc w:val="center"/>
      </w:pPr>
      <w:r>
        <w:rPr>
          <w:b w:val="0"/>
          <w:sz w:val="18"/>
        </w:rPr>
        <w:t>（适用于仅一名股东的自然人独资或法人独资有限公司）</w:t>
      </w:r>
    </w:p>
    <w:p>
      <w:pPr>
        <w:spacing w:after="120"/>
      </w:pPr>
      <w:r>
        <w:rPr>
          <w:b w:val="0"/>
          <w:sz w:val="22"/>
        </w:rPr>
        <w:t>本人/本公司____________系____________有限公司（统一社会信用代码：__________________）的唯一股东，</w:t>
      </w:r>
    </w:p>
    <w:p>
      <w:pPr>
        <w:spacing w:after="120"/>
      </w:pPr>
      <w:r>
        <w:rPr>
          <w:b w:val="0"/>
          <w:sz w:val="22"/>
        </w:rPr>
        <w:t>根据《公司法》及公司章程的规定，现就下列事项作出决定：</w:t>
      </w:r>
    </w:p>
    <w:p>
      <w:pPr>
        <w:spacing w:after="120"/>
      </w:pPr>
      <w:r>
        <w:rPr>
          <w:b w:val="0"/>
          <w:sz w:val="22"/>
        </w:rPr>
        <w:t>一、____________________________________________________________</w:t>
      </w:r>
    </w:p>
    <w:p>
      <w:pPr>
        <w:spacing w:after="120"/>
      </w:pPr>
      <w:r>
        <w:rPr>
          <w:b w:val="0"/>
          <w:sz w:val="22"/>
        </w:rPr>
        <w:t>二、____________________________________________________________</w:t>
      </w:r>
    </w:p>
    <w:p>
      <w:pPr>
        <w:spacing w:after="120"/>
      </w:pPr>
      <w:r>
        <w:rPr>
          <w:b w:val="0"/>
          <w:sz w:val="22"/>
        </w:rPr>
        <w:t>三、同意就上述事项修改公司章程相应条款，并通过《章程修正案》。</w:t>
      </w:r>
    </w:p>
    <w:p>
      <w:pPr>
        <w:spacing w:after="240"/>
      </w:pPr>
      <w:r>
        <w:rPr>
          <w:b w:val="0"/>
          <w:sz w:val="22"/>
        </w:rPr>
        <w:t>本决定自签署之日起生效。</w:t>
      </w:r>
    </w:p>
    <w:p>
      <w:pPr>
        <w:spacing w:after="120"/>
      </w:pPr>
      <w:r>
        <w:rPr>
          <w:b w:val="0"/>
          <w:sz w:val="22"/>
        </w:rPr>
        <w:t>股东（签字 / 盖章）：____________________</w:t>
      </w:r>
    </w:p>
    <w:p>
      <w:pPr>
        <w:spacing w:after="120"/>
      </w:pPr>
      <w:r>
        <w:rPr>
          <w:b w:val="0"/>
          <w:sz w:val="22"/>
        </w:rPr>
        <w:t>日期：______年____月____日</w:t>
      </w:r>
    </w:p>
    <w:p>
      <w:r>
        <w:br w:type="page"/>
      </w:r>
    </w:p>
    <w:p>
      <w:pPr>
        <w:spacing w:after="120"/>
      </w:pPr>
      <w:r>
        <w:rPr>
          <w:b/>
          <w:sz w:val="28"/>
        </w:rPr>
        <w:t>填写说明</w:t>
      </w:r>
    </w:p>
    <w:p>
      <w:pPr>
        <w:spacing w:after="160"/>
      </w:pPr>
      <w:r>
        <w:rPr>
          <w:b w:val="0"/>
          <w:sz w:val="21"/>
        </w:rPr>
        <w:t>1. 文件名称要与股东人数匹配：两名及以上股东用「股东会决议」；仅一名股东用「股东决定」，不写召集、出席、表决表述。</w:t>
      </w:r>
    </w:p>
    <w:p>
      <w:pPr>
        <w:spacing w:after="160"/>
      </w:pPr>
      <w:r>
        <w:rPr>
          <w:b w:val="0"/>
          <w:sz w:val="21"/>
        </w:rPr>
        <w:t>2. 通知时间要早于会议时间，会议时间要早于签署日期，三者顺序颠倒会被退回。</w:t>
      </w:r>
    </w:p>
    <w:p>
      <w:pPr>
        <w:spacing w:after="160"/>
      </w:pPr>
      <w:r>
        <w:rPr>
          <w:b w:val="0"/>
          <w:sz w:val="21"/>
        </w:rPr>
        <w:t>3. 修改章程、增减注册资本、合并分立解散、变更公司形式，需三分之二以上表决权通过；其余事项按章程约定。</w:t>
      </w:r>
    </w:p>
    <w:p>
      <w:pPr>
        <w:spacing w:after="160"/>
      </w:pPr>
      <w:r>
        <w:rPr>
          <w:b w:val="0"/>
          <w:sz w:val="21"/>
        </w:rPr>
        <w:t>4. 决议内容必须与申请事项逐字对应：申请改地址，决议就不能只写「变更登记事项」。</w:t>
      </w:r>
    </w:p>
    <w:p>
      <w:pPr>
        <w:spacing w:after="160"/>
      </w:pPr>
      <w:r>
        <w:rPr>
          <w:b w:val="0"/>
          <w:sz w:val="21"/>
        </w:rPr>
        <w:t>5. 签字主体要与登记档案中的股东一致；法人股东由法定代表人签字并加盖该股东公章。</w:t>
      </w:r>
    </w:p>
    <w:p>
      <w:pPr>
        <w:spacing w:after="160"/>
      </w:pPr>
      <w:r>
        <w:rPr>
          <w:b w:val="0"/>
          <w:sz w:val="21"/>
        </w:rPr>
        <w:t>6. 书面传签的，在决议中写明「本次会议以书面传签方式作出」，并保留全体股东签署的原件。</w:t>
      </w:r>
    </w:p>
    <w:p>
      <w:pPr>
        <w:spacing w:after="160"/>
      </w:pPr>
      <w:r>
        <w:rPr>
          <w:b w:val="0"/>
          <w:sz w:val="21"/>
        </w:rPr>
        <w:t>7. 决议与章程修正案要同时提交，两者表述需一致。</w:t>
      </w:r>
    </w:p>
    <w:p>
      <w:pPr>
        <w:spacing w:after="120"/>
      </w:pPr>
      <w:r>
        <w:rPr>
          <w:b w:val="0"/>
          <w:sz w:val="18"/>
        </w:rPr>
        <w:t>本模板由育君财税整理，仅供参考，不替代主管部门的受理口径；具体材料要求以受理窗口当期公布为准。</w:t>
      </w:r>
    </w:p>
    <w:sectPr w:rsidR="00FC693F" w:rsidRPr="0006063C" w:rsidSect="00034616">
      <w:pgSz w:w="12240" w:h="15840"/>
      <w:pgMar w:top="1361" w:right="1587" w:bottom="1361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